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08FC7F" w14:textId="77777777" w:rsidR="003157E2" w:rsidRDefault="00000000">
      <w:pPr>
        <w:jc w:val="center"/>
      </w:pPr>
      <w:r>
        <w:rPr>
          <w:b/>
          <w:sz w:val="26"/>
        </w:rPr>
        <w:t>EJERCICIO DE LOS DERECHOS POR FALTA DE CONFORMIDAD (RECLAMACIÓN)</w:t>
      </w:r>
    </w:p>
    <w:tbl>
      <w:tblPr>
        <w:tblW w:w="0" w:type="auto"/>
        <w:jc w:val="center"/>
        <w:tblLayout w:type="fixed"/>
        <w:tblLook w:val="04A0" w:firstRow="1" w:lastRow="0" w:firstColumn="1" w:lastColumn="0" w:noHBand="0" w:noVBand="1"/>
      </w:tblPr>
      <w:tblGrid>
        <w:gridCol w:w="5270"/>
        <w:gridCol w:w="5270"/>
      </w:tblGrid>
      <w:tr w:rsidR="003157E2" w14:paraId="4A5A35CF" w14:textId="77777777">
        <w:trPr>
          <w:jc w:val="center"/>
        </w:trPr>
        <w:tc>
          <w:tcPr>
            <w:tcW w:w="5270" w:type="dxa"/>
            <w:tcBorders>
              <w:top w:val="nil"/>
              <w:left w:val="nil"/>
              <w:bottom w:val="nil"/>
              <w:right w:val="nil"/>
            </w:tcBorders>
            <w:vAlign w:val="center"/>
          </w:tcPr>
          <w:p w14:paraId="48CB7671" w14:textId="77777777" w:rsidR="003157E2" w:rsidRDefault="00000000">
            <w:pPr>
              <w:spacing w:after="0"/>
            </w:pPr>
            <w:r>
              <w:t>Nombre y apellidos: ........................................................</w:t>
            </w:r>
          </w:p>
        </w:tc>
        <w:tc>
          <w:tcPr>
            <w:tcW w:w="5270" w:type="dxa"/>
            <w:tcBorders>
              <w:top w:val="nil"/>
              <w:left w:val="nil"/>
              <w:bottom w:val="nil"/>
              <w:right w:val="nil"/>
            </w:tcBorders>
            <w:vAlign w:val="center"/>
          </w:tcPr>
          <w:p w14:paraId="408BB2E1" w14:textId="77777777" w:rsidR="003157E2" w:rsidRDefault="00000000">
            <w:pPr>
              <w:spacing w:after="0"/>
            </w:pPr>
            <w:r>
              <w:t>DATAMATRIX s.r.o.</w:t>
            </w:r>
          </w:p>
        </w:tc>
      </w:tr>
      <w:tr w:rsidR="003157E2" w14:paraId="5583E5E1" w14:textId="77777777">
        <w:trPr>
          <w:jc w:val="center"/>
        </w:trPr>
        <w:tc>
          <w:tcPr>
            <w:tcW w:w="5270" w:type="dxa"/>
            <w:tcBorders>
              <w:top w:val="nil"/>
              <w:left w:val="nil"/>
              <w:bottom w:val="nil"/>
              <w:right w:val="nil"/>
            </w:tcBorders>
            <w:vAlign w:val="center"/>
          </w:tcPr>
          <w:p w14:paraId="01CF1866" w14:textId="77777777" w:rsidR="003157E2" w:rsidRDefault="00000000">
            <w:pPr>
              <w:spacing w:after="0"/>
            </w:pPr>
            <w:r>
              <w:t>Dirección: ........................................................................</w:t>
            </w:r>
          </w:p>
        </w:tc>
        <w:tc>
          <w:tcPr>
            <w:tcW w:w="5270" w:type="dxa"/>
            <w:tcBorders>
              <w:top w:val="nil"/>
              <w:left w:val="nil"/>
              <w:bottom w:val="nil"/>
              <w:right w:val="nil"/>
            </w:tcBorders>
            <w:vAlign w:val="center"/>
          </w:tcPr>
          <w:p w14:paraId="00E7BE80" w14:textId="77777777" w:rsidR="003157E2" w:rsidRDefault="00000000">
            <w:pPr>
              <w:spacing w:after="0"/>
            </w:pPr>
            <w:r>
              <w:t>N.º de identificación: 08220697</w:t>
            </w:r>
          </w:p>
        </w:tc>
      </w:tr>
      <w:tr w:rsidR="003157E2" w14:paraId="53858D6E" w14:textId="77777777">
        <w:trPr>
          <w:jc w:val="center"/>
        </w:trPr>
        <w:tc>
          <w:tcPr>
            <w:tcW w:w="5270" w:type="dxa"/>
            <w:tcBorders>
              <w:top w:val="nil"/>
              <w:left w:val="nil"/>
              <w:bottom w:val="nil"/>
              <w:right w:val="nil"/>
            </w:tcBorders>
            <w:vAlign w:val="center"/>
          </w:tcPr>
          <w:p w14:paraId="4016CE1C" w14:textId="77777777" w:rsidR="003157E2" w:rsidRDefault="00000000">
            <w:pPr>
              <w:spacing w:after="0"/>
            </w:pPr>
            <w:r>
              <w:t>Teléfono / e-mail: ...........................................................</w:t>
            </w:r>
          </w:p>
        </w:tc>
        <w:tc>
          <w:tcPr>
            <w:tcW w:w="5270" w:type="dxa"/>
            <w:tcBorders>
              <w:top w:val="nil"/>
              <w:left w:val="nil"/>
              <w:bottom w:val="nil"/>
              <w:right w:val="nil"/>
            </w:tcBorders>
            <w:vAlign w:val="center"/>
          </w:tcPr>
          <w:p w14:paraId="45EDEC0D" w14:textId="77777777" w:rsidR="003157E2" w:rsidRDefault="00000000">
            <w:pPr>
              <w:spacing w:after="0"/>
            </w:pPr>
            <w:r>
              <w:t>Na Folimance 2155/15, 120 00 Praha</w:t>
            </w:r>
          </w:p>
        </w:tc>
      </w:tr>
      <w:tr w:rsidR="003157E2" w14:paraId="6F89C397" w14:textId="77777777">
        <w:trPr>
          <w:jc w:val="center"/>
        </w:trPr>
        <w:tc>
          <w:tcPr>
            <w:tcW w:w="5270" w:type="dxa"/>
            <w:tcBorders>
              <w:top w:val="nil"/>
              <w:left w:val="nil"/>
              <w:bottom w:val="nil"/>
              <w:right w:val="nil"/>
            </w:tcBorders>
            <w:vAlign w:val="center"/>
          </w:tcPr>
          <w:p w14:paraId="458FA594" w14:textId="77777777" w:rsidR="003157E2" w:rsidRDefault="00000000">
            <w:pPr>
              <w:spacing w:after="0"/>
            </w:pPr>
            <w:r>
              <w:t>N.º de pedido / documento: ...............................................</w:t>
            </w:r>
          </w:p>
        </w:tc>
        <w:tc>
          <w:tcPr>
            <w:tcW w:w="5270" w:type="dxa"/>
            <w:tcBorders>
              <w:top w:val="nil"/>
              <w:left w:val="nil"/>
              <w:bottom w:val="nil"/>
              <w:right w:val="nil"/>
            </w:tcBorders>
            <w:vAlign w:val="center"/>
          </w:tcPr>
          <w:p w14:paraId="32CFF8D5" w14:textId="35D15E8F" w:rsidR="003157E2" w:rsidRDefault="00000000">
            <w:pPr>
              <w:spacing w:after="0"/>
            </w:pPr>
            <w:r>
              <w:t>info@eroute.</w:t>
            </w:r>
            <w:r w:rsidR="000C683E">
              <w:t>es</w:t>
            </w:r>
          </w:p>
        </w:tc>
      </w:tr>
    </w:tbl>
    <w:p w14:paraId="13216B40" w14:textId="77777777" w:rsidR="003157E2" w:rsidRDefault="00000000">
      <w:r>
        <w:rPr>
          <w:b/>
        </w:rPr>
        <w:t>Fecha de presentación de la reclamación: ........................................</w:t>
      </w:r>
    </w:p>
    <w:p w14:paraId="041C1F3D" w14:textId="77777777" w:rsidR="003157E2" w:rsidRDefault="00000000">
      <w:r>
        <w:rPr>
          <w:b/>
        </w:rPr>
        <w:t>Equipo objeto de la reclamación:</w:t>
      </w:r>
    </w:p>
    <w:p w14:paraId="45E72859" w14:textId="77777777" w:rsidR="003157E2" w:rsidRDefault="00000000">
      <w:r>
        <w:t>................................................................................................................................................................</w:t>
      </w:r>
    </w:p>
    <w:p w14:paraId="5003B938" w14:textId="77777777" w:rsidR="003157E2" w:rsidRDefault="00000000">
      <w:r>
        <w:rPr>
          <w:b/>
        </w:rPr>
        <w:t>Descripción del defecto:</w:t>
      </w:r>
    </w:p>
    <w:p w14:paraId="39E57FD9" w14:textId="77777777" w:rsidR="003157E2" w:rsidRDefault="00000000">
      <w:r>
        <w:t>................................................................................................................................................................</w:t>
      </w:r>
      <w:r>
        <w:br/>
        <w:t>................................................................................................................................................................</w:t>
      </w:r>
    </w:p>
    <w:p w14:paraId="34666DE4" w14:textId="77777777" w:rsidR="003157E2" w:rsidRDefault="00000000">
      <w:r>
        <w:rPr>
          <w:b/>
        </w:rPr>
        <w:t>Forma de resolución solicitada:</w:t>
      </w:r>
    </w:p>
    <w:p w14:paraId="5892974C" w14:textId="77777777" w:rsidR="003157E2" w:rsidRDefault="00000000">
      <w:r>
        <w:t>☐ reparación     ☐ sustitución     ☐ otra solicitud: ....................................................................................</w:t>
      </w:r>
    </w:p>
    <w:p w14:paraId="0AC325CA" w14:textId="77777777" w:rsidR="003157E2" w:rsidRDefault="00000000">
      <w:r>
        <w:rPr>
          <w:b/>
        </w:rPr>
        <w:t>Forma de entrega del equipo para su evaluación:</w:t>
      </w:r>
    </w:p>
    <w:p w14:paraId="7B8D6E6D" w14:textId="77777777" w:rsidR="003157E2" w:rsidRDefault="00000000">
      <w:r>
        <w:t>☐ técnico de Eroute     ☐ transportista externo     ☐ personalmente en el centro de servicio Eroute</w:t>
      </w:r>
    </w:p>
    <w:p w14:paraId="7BD246B4" w14:textId="77777777" w:rsidR="003157E2" w:rsidRDefault="00000000">
      <w:r>
        <w:rPr>
          <w:i/>
        </w:rPr>
        <w:t>Centro de servicio: Calle Corrindón 16, 12530 Burriana, Castellón</w:t>
      </w:r>
    </w:p>
    <w:tbl>
      <w:tblPr>
        <w:tblW w:w="0" w:type="auto"/>
        <w:jc w:val="center"/>
        <w:tblLayout w:type="fixed"/>
        <w:tblLook w:val="04A0" w:firstRow="1" w:lastRow="0" w:firstColumn="1" w:lastColumn="0" w:noHBand="0" w:noVBand="1"/>
      </w:tblPr>
      <w:tblGrid>
        <w:gridCol w:w="4195"/>
        <w:gridCol w:w="5556"/>
      </w:tblGrid>
      <w:tr w:rsidR="003157E2" w14:paraId="307BDA94" w14:textId="77777777">
        <w:trPr>
          <w:jc w:val="center"/>
        </w:trPr>
        <w:tc>
          <w:tcPr>
            <w:tcW w:w="4195" w:type="dxa"/>
          </w:tcPr>
          <w:p w14:paraId="4CEF5203" w14:textId="77777777" w:rsidR="003157E2" w:rsidRDefault="00000000">
            <w:pPr>
              <w:spacing w:after="0"/>
            </w:pPr>
            <w:r>
              <w:t>Fecha acordada de transporte / entrega:</w:t>
            </w:r>
          </w:p>
        </w:tc>
        <w:tc>
          <w:tcPr>
            <w:tcW w:w="5556" w:type="dxa"/>
          </w:tcPr>
          <w:p w14:paraId="142A2937" w14:textId="77777777" w:rsidR="003157E2" w:rsidRDefault="00000000">
            <w:pPr>
              <w:spacing w:after="0"/>
            </w:pPr>
            <w:r>
              <w:t>........................................................</w:t>
            </w:r>
          </w:p>
        </w:tc>
      </w:tr>
      <w:tr w:rsidR="003157E2" w14:paraId="7BF80F09" w14:textId="77777777">
        <w:trPr>
          <w:jc w:val="center"/>
        </w:trPr>
        <w:tc>
          <w:tcPr>
            <w:tcW w:w="4195" w:type="dxa"/>
          </w:tcPr>
          <w:p w14:paraId="1A7D3111" w14:textId="77777777" w:rsidR="003157E2" w:rsidRDefault="00000000">
            <w:pPr>
              <w:spacing w:after="0"/>
            </w:pPr>
            <w:r>
              <w:t>Fecha de recepción / entrega al técnico:</w:t>
            </w:r>
          </w:p>
        </w:tc>
        <w:tc>
          <w:tcPr>
            <w:tcW w:w="5556" w:type="dxa"/>
          </w:tcPr>
          <w:p w14:paraId="4FD00FB9" w14:textId="77777777" w:rsidR="003157E2" w:rsidRDefault="00000000">
            <w:pPr>
              <w:spacing w:after="0"/>
            </w:pPr>
            <w:r>
              <w:t>........................................................</w:t>
            </w:r>
          </w:p>
        </w:tc>
      </w:tr>
      <w:tr w:rsidR="003157E2" w14:paraId="1E68523E" w14:textId="77777777">
        <w:trPr>
          <w:jc w:val="center"/>
        </w:trPr>
        <w:tc>
          <w:tcPr>
            <w:tcW w:w="4195" w:type="dxa"/>
          </w:tcPr>
          <w:p w14:paraId="7665BC82" w14:textId="77777777" w:rsidR="003157E2" w:rsidRDefault="00000000">
            <w:pPr>
              <w:spacing w:after="0"/>
            </w:pPr>
            <w:r>
              <w:t>Precio acordado del transporte:</w:t>
            </w:r>
          </w:p>
        </w:tc>
        <w:tc>
          <w:tcPr>
            <w:tcW w:w="5556" w:type="dxa"/>
          </w:tcPr>
          <w:p w14:paraId="37FDCB2D" w14:textId="77777777" w:rsidR="003157E2" w:rsidRDefault="00000000">
            <w:pPr>
              <w:spacing w:after="0"/>
            </w:pPr>
            <w:r>
              <w:t>........................................ €</w:t>
            </w:r>
          </w:p>
        </w:tc>
      </w:tr>
    </w:tbl>
    <w:p w14:paraId="2327E6A6" w14:textId="53630B3D" w:rsidR="003157E2" w:rsidRDefault="00000000">
      <w:r>
        <w:rPr>
          <w:b/>
        </w:rPr>
        <w:t xml:space="preserve">Información sobre la entrega y el transporte: Si el transporte se acuerda con el vendedor, su modalidad, fecha y precio se acordarán previamente y el cliente abonará por adelantado los costes acordados. Si la reclamación se reconoce como justificada y se confirma un defecto cubierto por la garantía, se reembolsarán al cliente los costes razonablemente incurridos por el transporte acordado. Para evaluar la reclamación, el cliente deberá permitir la inspección del equipo objeto de la reclamación. Mientras no preste la colaboración necesaria ni permita su inspección, no podrá transcurrir el plazo de 30 días para resolver la reclamación. Los detalles se establecen en el art. 7.13 de las </w:t>
      </w:r>
      <w:proofErr w:type="spellStart"/>
      <w:r>
        <w:rPr>
          <w:b/>
        </w:rPr>
        <w:t>condiciones</w:t>
      </w:r>
      <w:proofErr w:type="spellEnd"/>
      <w:r>
        <w:rPr>
          <w:b/>
        </w:rPr>
        <w:t xml:space="preserve"> </w:t>
      </w:r>
      <w:proofErr w:type="spellStart"/>
      <w:r>
        <w:rPr>
          <w:b/>
        </w:rPr>
        <w:t>generales</w:t>
      </w:r>
      <w:proofErr w:type="spellEnd"/>
      <w:r>
        <w:rPr>
          <w:b/>
        </w:rPr>
        <w:t xml:space="preserve"> de </w:t>
      </w:r>
      <w:proofErr w:type="spellStart"/>
      <w:r>
        <w:rPr>
          <w:b/>
        </w:rPr>
        <w:t>Eroute</w:t>
      </w:r>
      <w:proofErr w:type="spellEnd"/>
      <w:r w:rsidR="000C683E">
        <w:rPr>
          <w:b/>
        </w:rPr>
        <w:t xml:space="preserve">, </w:t>
      </w:r>
      <w:r w:rsidR="000C683E" w:rsidRPr="000C683E">
        <w:rPr>
          <w:b/>
        </w:rPr>
        <w:t>https://www.eroute.es/condiciones-comerciales/</w:t>
      </w:r>
      <w:r>
        <w:rPr>
          <w:b/>
        </w:rPr>
        <w:t>.</w:t>
      </w:r>
    </w:p>
    <w:p w14:paraId="4CC824C7" w14:textId="19B30CD0" w:rsidR="003157E2" w:rsidRDefault="003157E2">
      <w:pPr>
        <w:spacing w:before="40"/>
      </w:pPr>
    </w:p>
    <w:tbl>
      <w:tblPr>
        <w:tblW w:w="0" w:type="auto"/>
        <w:tblLayout w:type="fixed"/>
        <w:tblLook w:val="04A0" w:firstRow="1" w:lastRow="0" w:firstColumn="1" w:lastColumn="0" w:noHBand="0" w:noVBand="1"/>
      </w:tblPr>
      <w:tblGrid>
        <w:gridCol w:w="5270"/>
        <w:gridCol w:w="5270"/>
      </w:tblGrid>
      <w:tr w:rsidR="003157E2" w14:paraId="6C3EAC9D" w14:textId="77777777">
        <w:tc>
          <w:tcPr>
            <w:tcW w:w="5270" w:type="dxa"/>
            <w:tcBorders>
              <w:top w:val="nil"/>
              <w:left w:val="nil"/>
              <w:bottom w:val="nil"/>
              <w:right w:val="nil"/>
            </w:tcBorders>
          </w:tcPr>
          <w:p w14:paraId="3537C228" w14:textId="77777777" w:rsidR="003157E2" w:rsidRDefault="00000000">
            <w:pPr>
              <w:spacing w:after="0"/>
            </w:pPr>
            <w:r>
              <w:t>En ................................, el ...............................</w:t>
            </w:r>
          </w:p>
        </w:tc>
        <w:tc>
          <w:tcPr>
            <w:tcW w:w="5270" w:type="dxa"/>
            <w:tcBorders>
              <w:top w:val="nil"/>
              <w:left w:val="nil"/>
              <w:bottom w:val="nil"/>
              <w:right w:val="nil"/>
            </w:tcBorders>
          </w:tcPr>
          <w:p w14:paraId="37204688" w14:textId="77777777" w:rsidR="003157E2" w:rsidRDefault="00000000">
            <w:pPr>
              <w:spacing w:after="0"/>
            </w:pPr>
            <w:r>
              <w:t>Firma del cliente: ........................................</w:t>
            </w:r>
          </w:p>
        </w:tc>
      </w:tr>
      <w:tr w:rsidR="003157E2" w14:paraId="6EF9BAD3" w14:textId="77777777">
        <w:tc>
          <w:tcPr>
            <w:tcW w:w="5270" w:type="dxa"/>
            <w:tcBorders>
              <w:top w:val="nil"/>
              <w:left w:val="nil"/>
              <w:bottom w:val="nil"/>
              <w:right w:val="nil"/>
            </w:tcBorders>
          </w:tcPr>
          <w:p w14:paraId="3B7101BD" w14:textId="77777777" w:rsidR="003157E2" w:rsidRDefault="00000000">
            <w:pPr>
              <w:spacing w:after="0"/>
            </w:pPr>
            <w:r>
              <w:t>Anexo: copia del comprobante de compra</w:t>
            </w:r>
          </w:p>
        </w:tc>
        <w:tc>
          <w:tcPr>
            <w:tcW w:w="5270" w:type="dxa"/>
            <w:tcBorders>
              <w:top w:val="nil"/>
              <w:left w:val="nil"/>
              <w:bottom w:val="nil"/>
              <w:right w:val="nil"/>
            </w:tcBorders>
          </w:tcPr>
          <w:p w14:paraId="795C8F7E" w14:textId="77777777" w:rsidR="003157E2" w:rsidRDefault="003157E2">
            <w:pPr>
              <w:spacing w:after="0"/>
            </w:pPr>
          </w:p>
        </w:tc>
      </w:tr>
    </w:tbl>
    <w:p w14:paraId="7D8119A0" w14:textId="77777777" w:rsidR="00EB1260" w:rsidRDefault="00EB1260"/>
    <w:sectPr w:rsidR="00EB1260" w:rsidSect="00034616">
      <w:pgSz w:w="12240" w:h="15840"/>
      <w:pgMar w:top="709"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413430851">
    <w:abstractNumId w:val="8"/>
  </w:num>
  <w:num w:numId="2" w16cid:durableId="1722317495">
    <w:abstractNumId w:val="6"/>
  </w:num>
  <w:num w:numId="3" w16cid:durableId="1979912169">
    <w:abstractNumId w:val="5"/>
  </w:num>
  <w:num w:numId="4" w16cid:durableId="182400562">
    <w:abstractNumId w:val="4"/>
  </w:num>
  <w:num w:numId="5" w16cid:durableId="14429132">
    <w:abstractNumId w:val="7"/>
  </w:num>
  <w:num w:numId="6" w16cid:durableId="271473878">
    <w:abstractNumId w:val="3"/>
  </w:num>
  <w:num w:numId="7" w16cid:durableId="1764258222">
    <w:abstractNumId w:val="2"/>
  </w:num>
  <w:num w:numId="8" w16cid:durableId="558520338">
    <w:abstractNumId w:val="1"/>
  </w:num>
  <w:num w:numId="9" w16cid:durableId="1298585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683E"/>
    <w:rsid w:val="0015074B"/>
    <w:rsid w:val="0029639D"/>
    <w:rsid w:val="003157E2"/>
    <w:rsid w:val="00326F90"/>
    <w:rsid w:val="00AA1D8D"/>
    <w:rsid w:val="00B47730"/>
    <w:rsid w:val="00BC031E"/>
    <w:rsid w:val="00CB0664"/>
    <w:rsid w:val="00EB12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D02808"/>
  <w14:defaultImageDpi w14:val="300"/>
  <w15:docId w15:val="{996B9EEA-3208-2E4B-A78B-CFCBC668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40" w:line="240" w:lineRule="auto"/>
    </w:pPr>
    <w:rPr>
      <w:rFonts w:ascii="Arial" w:hAnsi="Arial"/>
      <w:sz w:val="18"/>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rPr>
      <w:b/>
      <w:bCs/>
      <w:color w:val="4F81BD" w:themeColor="accent1"/>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270</Words>
  <Characters>2443</Characters>
  <Application>Microsoft Office Word</Application>
  <DocSecurity>0</DocSecurity>
  <Lines>37</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2</cp:revision>
  <dcterms:created xsi:type="dcterms:W3CDTF">2013-12-23T23:15:00Z</dcterms:created>
  <dcterms:modified xsi:type="dcterms:W3CDTF">2026-10-04T17:57:00Z</dcterms:modified>
  <cp:category/>
</cp:coreProperties>
</file>