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9326DC" w14:textId="77777777" w:rsidR="00B123AF" w:rsidRDefault="00000000">
      <w:pPr>
        <w:jc w:val="center"/>
      </w:pPr>
      <w:r>
        <w:rPr>
          <w:b/>
          <w:sz w:val="28"/>
        </w:rPr>
        <w:t>MODELO DE FORMULARIO DE DESISTIMIENTO DEL CONTRATO DE COMPRAVENTA</w:t>
      </w:r>
    </w:p>
    <w:p w14:paraId="4B46C23A" w14:textId="77777777" w:rsidR="00B123AF" w:rsidRDefault="00000000">
      <w:pPr>
        <w:jc w:val="center"/>
      </w:pPr>
      <w:r>
        <w:rPr>
          <w:i/>
          <w:sz w:val="18"/>
        </w:rPr>
        <w:t>para consumidores</w:t>
      </w:r>
    </w:p>
    <w:tbl>
      <w:tblPr>
        <w:tblW w:w="0" w:type="auto"/>
        <w:jc w:val="center"/>
        <w:tblLayout w:type="fixed"/>
        <w:tblLook w:val="04A0" w:firstRow="1" w:lastRow="0" w:firstColumn="1" w:lastColumn="0" w:noHBand="0" w:noVBand="1"/>
      </w:tblPr>
      <w:tblGrid>
        <w:gridCol w:w="5213"/>
        <w:gridCol w:w="5213"/>
      </w:tblGrid>
      <w:tr w:rsidR="00B123AF" w14:paraId="49C7EE2F" w14:textId="77777777">
        <w:trPr>
          <w:jc w:val="center"/>
        </w:trPr>
        <w:tc>
          <w:tcPr>
            <w:tcW w:w="5213" w:type="dxa"/>
            <w:shd w:val="clear" w:color="auto" w:fill="EDEDED"/>
            <w:tcMar>
              <w:top w:w="80" w:type="dxa"/>
              <w:left w:w="100" w:type="dxa"/>
              <w:bottom w:w="80" w:type="dxa"/>
              <w:right w:w="100" w:type="dxa"/>
            </w:tcMar>
          </w:tcPr>
          <w:p w14:paraId="74961218" w14:textId="77777777" w:rsidR="00B123AF" w:rsidRDefault="00000000">
            <w:r>
              <w:rPr>
                <w:b/>
              </w:rPr>
              <w:t>Vendedor</w:t>
            </w:r>
          </w:p>
          <w:p w14:paraId="3C41198E" w14:textId="77777777" w:rsidR="003E40D7" w:rsidRDefault="00000000">
            <w:r>
              <w:t>DATAMATRIX s.r.o.</w:t>
            </w:r>
          </w:p>
          <w:p w14:paraId="287E3993" w14:textId="77777777" w:rsidR="003E40D7" w:rsidRDefault="00000000">
            <w:r>
              <w:t>N.º de identificación: 08220697</w:t>
            </w:r>
          </w:p>
          <w:p w14:paraId="0D737FD7" w14:textId="5848F96C" w:rsidR="003E40D7" w:rsidRDefault="00000000">
            <w:r>
              <w:t>info@eroute.</w:t>
            </w:r>
            <w:r w:rsidR="00677A77">
              <w:t>es</w:t>
            </w:r>
          </w:p>
        </w:tc>
        <w:tc>
          <w:tcPr>
            <w:tcW w:w="5213" w:type="dxa"/>
            <w:shd w:val="clear" w:color="auto" w:fill="EDEDED"/>
            <w:tcMar>
              <w:top w:w="80" w:type="dxa"/>
              <w:left w:w="100" w:type="dxa"/>
              <w:bottom w:w="80" w:type="dxa"/>
              <w:right w:w="100" w:type="dxa"/>
            </w:tcMar>
          </w:tcPr>
          <w:p w14:paraId="22FC20DE" w14:textId="77777777" w:rsidR="00B123AF" w:rsidRDefault="00000000">
            <w:r>
              <w:rPr>
                <w:b/>
              </w:rPr>
              <w:t>Dirección para la devolución de los bienes</w:t>
            </w:r>
          </w:p>
          <w:p w14:paraId="3D859C3F" w14:textId="77777777" w:rsidR="003E40D7" w:rsidRDefault="00000000">
            <w:r>
              <w:t>Calle Corrindón 16, 12530 Burriana, Castellón</w:t>
            </w:r>
          </w:p>
        </w:tc>
      </w:tr>
    </w:tbl>
    <w:p w14:paraId="16095DFD" w14:textId="77777777" w:rsidR="00B123AF" w:rsidRDefault="00000000">
      <w:r>
        <w:t>Por la presente comunico que desisto del contrato de compraventa celebrado con el vendedor respecto de los siguientes bienes:</w:t>
      </w:r>
    </w:p>
    <w:p w14:paraId="00676F62" w14:textId="77777777" w:rsidR="00B123AF" w:rsidRDefault="00000000">
      <w:r>
        <w:rPr>
          <w:b/>
        </w:rPr>
        <w:t>Bienes:</w:t>
      </w:r>
    </w:p>
    <w:p w14:paraId="1B28A61F" w14:textId="77777777" w:rsidR="00B123AF" w:rsidRDefault="00000000">
      <w:pPr>
        <w:spacing w:after="40"/>
      </w:pPr>
      <w:r>
        <w:t>................................................................................................................................................................</w:t>
      </w:r>
    </w:p>
    <w:tbl>
      <w:tblPr>
        <w:tblW w:w="0" w:type="auto"/>
        <w:jc w:val="center"/>
        <w:tblLayout w:type="fixed"/>
        <w:tblLook w:val="04A0" w:firstRow="1" w:lastRow="0" w:firstColumn="1" w:lastColumn="0" w:noHBand="0" w:noVBand="1"/>
      </w:tblPr>
      <w:tblGrid>
        <w:gridCol w:w="5213"/>
        <w:gridCol w:w="5213"/>
      </w:tblGrid>
      <w:tr w:rsidR="00B123AF" w14:paraId="7B3AED90" w14:textId="77777777">
        <w:trPr>
          <w:jc w:val="center"/>
        </w:trPr>
        <w:tc>
          <w:tcPr>
            <w:tcW w:w="5213" w:type="dxa"/>
            <w:tcMar>
              <w:top w:w="80" w:type="dxa"/>
              <w:left w:w="100" w:type="dxa"/>
              <w:bottom w:w="80" w:type="dxa"/>
              <w:right w:w="100" w:type="dxa"/>
            </w:tcMar>
            <w:vAlign w:val="center"/>
          </w:tcPr>
          <w:p w14:paraId="0179AA7D" w14:textId="77777777" w:rsidR="00B123AF" w:rsidRDefault="00000000">
            <w:r>
              <w:rPr>
                <w:b/>
              </w:rPr>
              <w:t>N.º de pedido / documento de venta:</w:t>
            </w:r>
          </w:p>
          <w:p w14:paraId="338E3A41" w14:textId="77777777" w:rsidR="003E40D7" w:rsidRDefault="00000000">
            <w:r>
              <w:t>........................................................</w:t>
            </w:r>
          </w:p>
        </w:tc>
        <w:tc>
          <w:tcPr>
            <w:tcW w:w="5213" w:type="dxa"/>
            <w:tcMar>
              <w:top w:w="80" w:type="dxa"/>
              <w:left w:w="100" w:type="dxa"/>
              <w:bottom w:w="80" w:type="dxa"/>
              <w:right w:w="100" w:type="dxa"/>
            </w:tcMar>
            <w:vAlign w:val="center"/>
          </w:tcPr>
          <w:p w14:paraId="725D95F8" w14:textId="77777777" w:rsidR="00B123AF" w:rsidRDefault="00B123AF"/>
          <w:p w14:paraId="0B4F45F1" w14:textId="77777777" w:rsidR="003E40D7" w:rsidRDefault="00000000">
            <w:r>
              <w:t>........................................................</w:t>
            </w:r>
          </w:p>
        </w:tc>
      </w:tr>
      <w:tr w:rsidR="00B123AF" w14:paraId="26229914" w14:textId="77777777">
        <w:trPr>
          <w:jc w:val="center"/>
        </w:trPr>
        <w:tc>
          <w:tcPr>
            <w:tcW w:w="5213" w:type="dxa"/>
            <w:tcMar>
              <w:top w:w="80" w:type="dxa"/>
              <w:left w:w="100" w:type="dxa"/>
              <w:bottom w:w="80" w:type="dxa"/>
              <w:right w:w="100" w:type="dxa"/>
            </w:tcMar>
            <w:vAlign w:val="center"/>
          </w:tcPr>
          <w:p w14:paraId="1EB8A44D" w14:textId="77777777" w:rsidR="00B123AF" w:rsidRDefault="00000000">
            <w:r>
              <w:rPr>
                <w:b/>
              </w:rPr>
              <w:t>Fecha del pedido:</w:t>
            </w:r>
          </w:p>
          <w:p w14:paraId="2C83E289" w14:textId="77777777" w:rsidR="003E40D7" w:rsidRDefault="00000000">
            <w:r>
              <w:t>........................................................</w:t>
            </w:r>
          </w:p>
        </w:tc>
        <w:tc>
          <w:tcPr>
            <w:tcW w:w="5213" w:type="dxa"/>
            <w:tcMar>
              <w:top w:w="80" w:type="dxa"/>
              <w:left w:w="100" w:type="dxa"/>
              <w:bottom w:w="80" w:type="dxa"/>
              <w:right w:w="100" w:type="dxa"/>
            </w:tcMar>
            <w:vAlign w:val="center"/>
          </w:tcPr>
          <w:p w14:paraId="5A965CF6" w14:textId="77777777" w:rsidR="00B123AF" w:rsidRDefault="00000000">
            <w:r>
              <w:rPr>
                <w:b/>
              </w:rPr>
              <w:t>Fecha de recepción de los bienes:</w:t>
            </w:r>
          </w:p>
          <w:p w14:paraId="5579363D" w14:textId="77777777" w:rsidR="003E40D7" w:rsidRDefault="00000000">
            <w:r>
              <w:t>........................................................</w:t>
            </w:r>
          </w:p>
        </w:tc>
      </w:tr>
      <w:tr w:rsidR="00B123AF" w14:paraId="16650F87" w14:textId="77777777">
        <w:trPr>
          <w:jc w:val="center"/>
        </w:trPr>
        <w:tc>
          <w:tcPr>
            <w:tcW w:w="5213" w:type="dxa"/>
            <w:tcMar>
              <w:top w:w="80" w:type="dxa"/>
              <w:left w:w="100" w:type="dxa"/>
              <w:bottom w:w="80" w:type="dxa"/>
              <w:right w:w="100" w:type="dxa"/>
            </w:tcMar>
            <w:vAlign w:val="center"/>
          </w:tcPr>
          <w:p w14:paraId="185762B8" w14:textId="77777777" w:rsidR="00B123AF" w:rsidRDefault="00000000">
            <w:r>
              <w:rPr>
                <w:b/>
              </w:rPr>
              <w:t>Nombre y apellidos del consumidor:</w:t>
            </w:r>
          </w:p>
          <w:p w14:paraId="6B72E723" w14:textId="77777777" w:rsidR="003E40D7" w:rsidRDefault="00000000">
            <w:r>
              <w:t>........................................................</w:t>
            </w:r>
          </w:p>
        </w:tc>
        <w:tc>
          <w:tcPr>
            <w:tcW w:w="5213" w:type="dxa"/>
            <w:tcMar>
              <w:top w:w="80" w:type="dxa"/>
              <w:left w:w="100" w:type="dxa"/>
              <w:bottom w:w="80" w:type="dxa"/>
              <w:right w:w="100" w:type="dxa"/>
            </w:tcMar>
            <w:vAlign w:val="center"/>
          </w:tcPr>
          <w:p w14:paraId="321A0FB2" w14:textId="77777777" w:rsidR="00B123AF" w:rsidRDefault="00000000">
            <w:r>
              <w:rPr>
                <w:b/>
              </w:rPr>
              <w:t>Teléfono / e-mail:</w:t>
            </w:r>
          </w:p>
          <w:p w14:paraId="2CD8DB62" w14:textId="77777777" w:rsidR="003E40D7" w:rsidRDefault="00000000">
            <w:r>
              <w:t>........................................................</w:t>
            </w:r>
          </w:p>
        </w:tc>
      </w:tr>
    </w:tbl>
    <w:p w14:paraId="3E11681D" w14:textId="77777777" w:rsidR="00B123AF" w:rsidRDefault="00000000">
      <w:r>
        <w:rPr>
          <w:b/>
        </w:rPr>
        <w:t>Dirección del consumidor:</w:t>
      </w:r>
    </w:p>
    <w:p w14:paraId="3CD3F19C" w14:textId="77777777" w:rsidR="00B123AF" w:rsidRDefault="00000000">
      <w:pPr>
        <w:spacing w:after="40"/>
      </w:pPr>
      <w:r>
        <w:t>................................................................................................................................................................</w:t>
      </w:r>
    </w:p>
    <w:p w14:paraId="29E8B5AE" w14:textId="77777777" w:rsidR="00B123AF" w:rsidRDefault="00000000">
      <w:r>
        <w:rPr>
          <w:b/>
        </w:rPr>
        <w:t>Forma de devolución de los bienes al vendedor:</w:t>
      </w:r>
    </w:p>
    <w:p w14:paraId="5F8E9D0A" w14:textId="77777777" w:rsidR="00B123AF" w:rsidRDefault="00000000">
      <w:pPr>
        <w:spacing w:after="80"/>
      </w:pPr>
      <w:r>
        <w:t>☐ personalmente en la dirección indicada arriba     ☐ mediante transportista / de otra forma</w:t>
      </w:r>
    </w:p>
    <w:p w14:paraId="7D2B77C0" w14:textId="77777777" w:rsidR="00B123AF" w:rsidRDefault="00000000">
      <w:r>
        <w:rPr>
          <w:b/>
        </w:rPr>
        <w:t>Reembolso de los importes abonados:</w:t>
      </w:r>
    </w:p>
    <w:p w14:paraId="079DE8E7" w14:textId="77777777" w:rsidR="00B123AF" w:rsidRDefault="00000000">
      <w:r>
        <w:t>Los importes abonados se reembolsarán mediante el mismo medio de pago por el que fueron recibidos por el vendedor, salvo que las partes acuerden otra cosa. Si solicito el reembolso mediante transferencia bancaria, indico:</w:t>
      </w:r>
    </w:p>
    <w:p w14:paraId="4FFCABD3" w14:textId="77777777" w:rsidR="00B123AF" w:rsidRDefault="00000000">
      <w:r>
        <w:t>Número de cuenta / IBAN: ........................................................................................</w:t>
      </w:r>
    </w:p>
    <w:p w14:paraId="2B58A98D" w14:textId="21C17F19" w:rsidR="00B123AF" w:rsidRDefault="00000000">
      <w:pPr>
        <w:spacing w:before="60" w:after="120"/>
      </w:pPr>
      <w:r>
        <w:rPr>
          <w:b/>
        </w:rPr>
        <w:t xml:space="preserve">Información sobre el desistimiento: Los bienes deberán devolverse al vendedor a más tardar dentro de los 14 días siguientes al desistimiento del contrato. El consumidor asumirá los costes relacionados con la devolución de los bienes, incluso cuando, por su naturaleza, estos no puedan devolverse normalmente por correo. El vendedor no estará obligado a reembolsar los importes recibidos antes de que el consumidor devuelva los bienes o demuestre que los ha enviado al vendedor. Los detalles se establecen en el art. 5 de las condiciones generales de </w:t>
      </w:r>
      <w:proofErr w:type="spellStart"/>
      <w:r>
        <w:rPr>
          <w:b/>
        </w:rPr>
        <w:t>Eroute</w:t>
      </w:r>
      <w:proofErr w:type="spellEnd"/>
      <w:r>
        <w:rPr>
          <w:b/>
        </w:rPr>
        <w:t xml:space="preserve">, </w:t>
      </w:r>
      <w:proofErr w:type="spellStart"/>
      <w:r>
        <w:rPr>
          <w:b/>
        </w:rPr>
        <w:t>disponibles</w:t>
      </w:r>
      <w:proofErr w:type="spellEnd"/>
      <w:r>
        <w:rPr>
          <w:b/>
        </w:rPr>
        <w:t xml:space="preserve"> </w:t>
      </w:r>
      <w:proofErr w:type="spellStart"/>
      <w:r>
        <w:rPr>
          <w:b/>
        </w:rPr>
        <w:t>en</w:t>
      </w:r>
      <w:proofErr w:type="spellEnd"/>
      <w:r>
        <w:rPr>
          <w:b/>
        </w:rPr>
        <w:t xml:space="preserve"> </w:t>
      </w:r>
      <w:r w:rsidR="00677A77" w:rsidRPr="00677A77">
        <w:rPr>
          <w:b/>
        </w:rPr>
        <w:t>https://www.eroute.es/condiciones-comerciales/</w:t>
      </w:r>
      <w:r w:rsidR="00677A77">
        <w:rPr>
          <w:b/>
        </w:rPr>
        <w:t>.</w:t>
      </w:r>
    </w:p>
    <w:tbl>
      <w:tblPr>
        <w:tblW w:w="0" w:type="auto"/>
        <w:jc w:val="center"/>
        <w:tblLook w:val="04A0" w:firstRow="1" w:lastRow="0" w:firstColumn="1" w:lastColumn="0" w:noHBand="0" w:noVBand="1"/>
      </w:tblPr>
      <w:tblGrid>
        <w:gridCol w:w="3475"/>
        <w:gridCol w:w="3475"/>
        <w:gridCol w:w="3475"/>
      </w:tblGrid>
      <w:tr w:rsidR="00B123AF" w14:paraId="2B89B91B" w14:textId="77777777">
        <w:trPr>
          <w:jc w:val="center"/>
        </w:trPr>
        <w:tc>
          <w:tcPr>
            <w:tcW w:w="3475" w:type="dxa"/>
            <w:tcMar>
              <w:top w:w="100" w:type="dxa"/>
              <w:left w:w="80" w:type="dxa"/>
              <w:bottom w:w="100" w:type="dxa"/>
              <w:right w:w="80" w:type="dxa"/>
            </w:tcMar>
          </w:tcPr>
          <w:p w14:paraId="036D4F48" w14:textId="77777777" w:rsidR="00B123AF" w:rsidRDefault="00000000">
            <w:r>
              <w:t>En ........................................</w:t>
            </w:r>
          </w:p>
        </w:tc>
        <w:tc>
          <w:tcPr>
            <w:tcW w:w="3475" w:type="dxa"/>
            <w:tcMar>
              <w:top w:w="100" w:type="dxa"/>
              <w:left w:w="80" w:type="dxa"/>
              <w:bottom w:w="100" w:type="dxa"/>
              <w:right w:w="80" w:type="dxa"/>
            </w:tcMar>
          </w:tcPr>
          <w:p w14:paraId="13873475" w14:textId="77777777" w:rsidR="00B123AF" w:rsidRDefault="00000000">
            <w:r>
              <w:t>el ........................................</w:t>
            </w:r>
          </w:p>
        </w:tc>
        <w:tc>
          <w:tcPr>
            <w:tcW w:w="3475" w:type="dxa"/>
            <w:tcMar>
              <w:top w:w="100" w:type="dxa"/>
              <w:left w:w="80" w:type="dxa"/>
              <w:bottom w:w="100" w:type="dxa"/>
              <w:right w:w="80" w:type="dxa"/>
            </w:tcMar>
          </w:tcPr>
          <w:p w14:paraId="44F421EE" w14:textId="77777777" w:rsidR="00B123AF" w:rsidRDefault="00000000">
            <w:r>
              <w:t>Firma del consumidor:</w:t>
            </w:r>
          </w:p>
          <w:p w14:paraId="64C66E7E" w14:textId="77777777" w:rsidR="003E40D7" w:rsidRDefault="00000000">
            <w:r>
              <w:t>........................................</w:t>
            </w:r>
          </w:p>
        </w:tc>
      </w:tr>
    </w:tbl>
    <w:p w14:paraId="5D8F18C6" w14:textId="77777777" w:rsidR="00B123AF" w:rsidRDefault="00000000">
      <w:pPr>
        <w:spacing w:before="140"/>
      </w:pPr>
      <w:r>
        <w:rPr>
          <w:b/>
        </w:rPr>
        <w:t>Nota: El uso de este formulario no es obligatorio. El desistimiento también puede realizarse mediante la función de desistimiento disponible en la interfaz web de la tienda, de conformidad con el art. 5.8 de las condiciones generales.</w:t>
      </w:r>
    </w:p>
    <w:sectPr w:rsidR="00B123AF" w:rsidSect="00034616">
      <w:pgSz w:w="12240" w:h="15840"/>
      <w:pgMar w:top="737" w:right="907"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656227595">
    <w:abstractNumId w:val="8"/>
  </w:num>
  <w:num w:numId="2" w16cid:durableId="3750678">
    <w:abstractNumId w:val="6"/>
  </w:num>
  <w:num w:numId="3" w16cid:durableId="146164702">
    <w:abstractNumId w:val="5"/>
  </w:num>
  <w:num w:numId="4" w16cid:durableId="1033923884">
    <w:abstractNumId w:val="4"/>
  </w:num>
  <w:num w:numId="5" w16cid:durableId="1610812226">
    <w:abstractNumId w:val="7"/>
  </w:num>
  <w:num w:numId="6" w16cid:durableId="510797837">
    <w:abstractNumId w:val="3"/>
  </w:num>
  <w:num w:numId="7" w16cid:durableId="249314370">
    <w:abstractNumId w:val="2"/>
  </w:num>
  <w:num w:numId="8" w16cid:durableId="813791217">
    <w:abstractNumId w:val="1"/>
  </w:num>
  <w:num w:numId="9" w16cid:durableId="9549491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E40D7"/>
    <w:rsid w:val="00434B9D"/>
    <w:rsid w:val="00677A77"/>
    <w:rsid w:val="00AA1D8D"/>
    <w:rsid w:val="00B123AF"/>
    <w:rsid w:val="00B47730"/>
    <w:rsid w:val="00BC031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AABE99"/>
  <w14:defaultImageDpi w14:val="300"/>
  <w15:docId w15:val="{996B9EEA-3208-2E4B-A78B-CFCBC668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60"/>
    </w:pPr>
    <w:rPr>
      <w:rFonts w:ascii="Arial" w:hAnsi="Arial"/>
      <w:sz w:val="19"/>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2448</Characters>
  <Application>Microsoft Office Word</Application>
  <DocSecurity>0</DocSecurity>
  <Lines>47</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Datamatrix s.r.o.</cp:lastModifiedBy>
  <cp:revision>3</cp:revision>
  <dcterms:created xsi:type="dcterms:W3CDTF">2026-10-04T16:36:00Z</dcterms:created>
  <dcterms:modified xsi:type="dcterms:W3CDTF">2026-10-04T17:52:00Z</dcterms:modified>
  <cp:category/>
</cp:coreProperties>
</file>